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DA449" w14:textId="77777777" w:rsidR="00123A88" w:rsidRPr="00AB20B1" w:rsidRDefault="00E935D9">
      <w:pPr>
        <w:spacing w:after="40"/>
        <w:jc w:val="center"/>
      </w:pPr>
      <w:r w:rsidRPr="00AB20B1">
        <w:rPr>
          <w:b/>
          <w:color w:val="1F4E79"/>
          <w:sz w:val="30"/>
        </w:rPr>
        <w:t>FISZKA POMYSŁU - SMART VILLAGE</w:t>
      </w:r>
    </w:p>
    <w:p w14:paraId="53945D02" w14:textId="545D6CB3" w:rsidR="00123A88" w:rsidRPr="00AB20B1" w:rsidRDefault="00E935D9">
      <w:pPr>
        <w:spacing w:after="160"/>
        <w:jc w:val="center"/>
      </w:pPr>
      <w:r w:rsidRPr="00AB20B1">
        <w:rPr>
          <w:i/>
          <w:sz w:val="17"/>
        </w:rPr>
        <w:t xml:space="preserve">1 pomysł = 1 fiszka. </w:t>
      </w:r>
    </w:p>
    <w:tbl>
      <w:tblPr>
        <w:tblStyle w:val="Tabela-Siatka"/>
        <w:tblW w:w="4540" w:type="pct"/>
        <w:jc w:val="center"/>
        <w:tblLook w:val="04A0" w:firstRow="1" w:lastRow="0" w:firstColumn="1" w:lastColumn="0" w:noHBand="0" w:noVBand="1"/>
      </w:tblPr>
      <w:tblGrid>
        <w:gridCol w:w="3831"/>
        <w:gridCol w:w="3192"/>
        <w:gridCol w:w="2829"/>
      </w:tblGrid>
      <w:tr w:rsidR="00123A88" w:rsidRPr="00AB20B1" w14:paraId="30A0171D" w14:textId="77777777" w:rsidTr="00AB20B1">
        <w:trPr>
          <w:jc w:val="center"/>
        </w:trPr>
        <w:tc>
          <w:tcPr>
            <w:tcW w:w="19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DC1036B" w14:textId="77777777" w:rsidR="00123A88" w:rsidRPr="00AB20B1" w:rsidRDefault="00E935D9">
            <w:r w:rsidRPr="00AB20B1">
              <w:rPr>
                <w:b/>
                <w:sz w:val="17"/>
              </w:rPr>
              <w:t>Gmina / miejscowość:</w:t>
            </w:r>
            <w:r w:rsidRPr="00AB20B1">
              <w:rPr>
                <w:b/>
                <w:sz w:val="17"/>
              </w:rPr>
              <w:br/>
            </w:r>
          </w:p>
        </w:tc>
        <w:tc>
          <w:tcPr>
            <w:tcW w:w="162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0AD1D13" w14:textId="77777777" w:rsidR="00123A88" w:rsidRPr="00AB20B1" w:rsidRDefault="00E935D9">
            <w:r w:rsidRPr="00AB20B1">
              <w:rPr>
                <w:b/>
                <w:sz w:val="17"/>
              </w:rPr>
              <w:t>Data:</w:t>
            </w:r>
            <w:r w:rsidRPr="00AB20B1">
              <w:rPr>
                <w:b/>
                <w:sz w:val="17"/>
              </w:rPr>
              <w:br/>
            </w:r>
          </w:p>
        </w:tc>
        <w:tc>
          <w:tcPr>
            <w:tcW w:w="143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414FD3" w14:textId="77777777" w:rsidR="00123A88" w:rsidRPr="00AB20B1" w:rsidRDefault="00E935D9">
            <w:r w:rsidRPr="00AB20B1">
              <w:rPr>
                <w:b/>
                <w:sz w:val="17"/>
              </w:rPr>
              <w:t>Grupa / osoba kontaktowa:</w:t>
            </w:r>
            <w:r w:rsidRPr="00AB20B1">
              <w:rPr>
                <w:b/>
                <w:sz w:val="17"/>
              </w:rPr>
              <w:br/>
            </w:r>
          </w:p>
        </w:tc>
      </w:tr>
    </w:tbl>
    <w:p w14:paraId="08A375A0" w14:textId="77777777" w:rsidR="00123A88" w:rsidRPr="00AB20B1" w:rsidRDefault="00123A88">
      <w:pPr>
        <w:spacing w:after="40"/>
      </w:pPr>
    </w:p>
    <w:tbl>
      <w:tblPr>
        <w:tblStyle w:val="Tabela-Siatka"/>
        <w:tblW w:w="4534" w:type="pct"/>
        <w:jc w:val="center"/>
        <w:tblLook w:val="04A0" w:firstRow="1" w:lastRow="0" w:firstColumn="1" w:lastColumn="0" w:noHBand="0" w:noVBand="1"/>
      </w:tblPr>
      <w:tblGrid>
        <w:gridCol w:w="3842"/>
        <w:gridCol w:w="6024"/>
      </w:tblGrid>
      <w:tr w:rsidR="00123A88" w:rsidRPr="00AB20B1" w14:paraId="4CA9F5D6" w14:textId="77777777" w:rsidTr="00FE7DDD">
        <w:trPr>
          <w:trHeight w:val="640"/>
          <w:jc w:val="center"/>
        </w:trPr>
        <w:tc>
          <w:tcPr>
            <w:tcW w:w="194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E4368C" w14:textId="77777777" w:rsidR="00123A88" w:rsidRPr="00AB20B1" w:rsidRDefault="00E935D9">
            <w:r w:rsidRPr="00AB20B1">
              <w:rPr>
                <w:b/>
              </w:rPr>
              <w:t>1. Tytuł pomysłu</w:t>
            </w:r>
          </w:p>
        </w:tc>
        <w:tc>
          <w:tcPr>
            <w:tcW w:w="305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72AE34" w14:textId="77777777" w:rsidR="00123A88" w:rsidRPr="00AB20B1" w:rsidRDefault="00E935D9">
            <w:r w:rsidRPr="00AB20B1">
              <w:rPr>
                <w:i/>
                <w:color w:val="5A5A5A"/>
                <w:sz w:val="16"/>
              </w:rPr>
              <w:t>Robocza nazwa. Nie musi być idealna.</w:t>
            </w:r>
          </w:p>
          <w:p w14:paraId="2291C11B" w14:textId="77777777" w:rsidR="00123A88" w:rsidRPr="00AB20B1" w:rsidRDefault="00123A88"/>
        </w:tc>
      </w:tr>
      <w:tr w:rsidR="00123A88" w:rsidRPr="00AB20B1" w14:paraId="47379FAF" w14:textId="77777777" w:rsidTr="00AB20B1">
        <w:trPr>
          <w:trHeight w:val="1394"/>
          <w:jc w:val="center"/>
        </w:trPr>
        <w:tc>
          <w:tcPr>
            <w:tcW w:w="194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48E218" w14:textId="77777777" w:rsidR="00123A88" w:rsidRPr="00AB20B1" w:rsidRDefault="00E935D9">
            <w:r w:rsidRPr="00AB20B1">
              <w:rPr>
                <w:b/>
              </w:rPr>
              <w:t xml:space="preserve">2. Na jaki </w:t>
            </w:r>
            <w:r w:rsidRPr="00AB20B1">
              <w:rPr>
                <w:b/>
              </w:rPr>
              <w:t>problem, potrzebę albo potencjał odpowiadamy?</w:t>
            </w:r>
          </w:p>
        </w:tc>
        <w:tc>
          <w:tcPr>
            <w:tcW w:w="305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69662B" w14:textId="77777777" w:rsidR="00123A88" w:rsidRPr="00AB20B1" w:rsidRDefault="00E935D9">
            <w:r w:rsidRPr="00AB20B1">
              <w:rPr>
                <w:i/>
                <w:color w:val="5A5A5A"/>
                <w:sz w:val="16"/>
              </w:rPr>
              <w:t>Co konkretnie chcemy zmienić albo wykorzystać?</w:t>
            </w:r>
          </w:p>
          <w:p w14:paraId="6881661F" w14:textId="77777777" w:rsidR="00123A88" w:rsidRPr="00AB20B1" w:rsidRDefault="00E935D9">
            <w:r w:rsidRPr="00AB20B1">
              <w:br/>
            </w:r>
          </w:p>
        </w:tc>
      </w:tr>
      <w:tr w:rsidR="00123A88" w:rsidRPr="00AB20B1" w14:paraId="3C257EDF" w14:textId="77777777" w:rsidTr="00AB20B1">
        <w:trPr>
          <w:trHeight w:val="878"/>
          <w:jc w:val="center"/>
        </w:trPr>
        <w:tc>
          <w:tcPr>
            <w:tcW w:w="194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F5D00B" w14:textId="77777777" w:rsidR="00123A88" w:rsidRPr="00AB20B1" w:rsidRDefault="00E935D9">
            <w:r w:rsidRPr="00AB20B1">
              <w:rPr>
                <w:b/>
              </w:rPr>
              <w:t>3. Dla kogo jest ten pomysł?</w:t>
            </w:r>
          </w:p>
        </w:tc>
        <w:tc>
          <w:tcPr>
            <w:tcW w:w="305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DAFF65" w14:textId="77777777" w:rsidR="00123A88" w:rsidRPr="00AB20B1" w:rsidRDefault="00E935D9">
            <w:r w:rsidRPr="00AB20B1">
              <w:rPr>
                <w:i/>
                <w:color w:val="5A5A5A"/>
                <w:sz w:val="16"/>
              </w:rPr>
              <w:t>Wskażcie najważniejsze grupy odbiorców.</w:t>
            </w:r>
          </w:p>
          <w:p w14:paraId="2A849A70" w14:textId="77777777" w:rsidR="00123A88" w:rsidRPr="00AB20B1" w:rsidRDefault="00123A88"/>
        </w:tc>
      </w:tr>
      <w:tr w:rsidR="00123A88" w:rsidRPr="00AB20B1" w14:paraId="248A1207" w14:textId="77777777" w:rsidTr="00AB20B1">
        <w:trPr>
          <w:trHeight w:val="1553"/>
          <w:jc w:val="center"/>
        </w:trPr>
        <w:tc>
          <w:tcPr>
            <w:tcW w:w="194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811618" w14:textId="77777777" w:rsidR="00123A88" w:rsidRPr="00AB20B1" w:rsidRDefault="00E935D9">
            <w:r w:rsidRPr="00AB20B1">
              <w:rPr>
                <w:b/>
              </w:rPr>
              <w:t>4. Co chcemy zrobić?</w:t>
            </w:r>
          </w:p>
        </w:tc>
        <w:tc>
          <w:tcPr>
            <w:tcW w:w="305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110FA3" w14:textId="77777777" w:rsidR="00123A88" w:rsidRPr="00AB20B1" w:rsidRDefault="00E935D9">
            <w:r w:rsidRPr="00AB20B1">
              <w:rPr>
                <w:i/>
                <w:color w:val="5A5A5A"/>
                <w:sz w:val="16"/>
              </w:rPr>
              <w:t>Wpiszcie 2-3 główne działania, nie cały projekt.</w:t>
            </w:r>
          </w:p>
          <w:p w14:paraId="5A91C046" w14:textId="77777777" w:rsidR="00123A88" w:rsidRPr="00AB20B1" w:rsidRDefault="00E935D9">
            <w:r w:rsidRPr="00AB20B1">
              <w:br/>
            </w:r>
            <w:r w:rsidRPr="00AB20B1">
              <w:br/>
            </w:r>
          </w:p>
        </w:tc>
      </w:tr>
      <w:tr w:rsidR="00123A88" w:rsidRPr="00AB20B1" w14:paraId="2439E082" w14:textId="77777777" w:rsidTr="00AB20B1">
        <w:trPr>
          <w:trHeight w:val="1394"/>
          <w:jc w:val="center"/>
        </w:trPr>
        <w:tc>
          <w:tcPr>
            <w:tcW w:w="194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E24CCA" w14:textId="77777777" w:rsidR="00123A88" w:rsidRPr="00AB20B1" w:rsidRDefault="00E935D9">
            <w:r w:rsidRPr="00AB20B1">
              <w:rPr>
                <w:b/>
              </w:rPr>
              <w:t xml:space="preserve">5. Co jest w </w:t>
            </w:r>
            <w:r w:rsidRPr="00AB20B1">
              <w:rPr>
                <w:b/>
              </w:rPr>
              <w:t>tym smart / nowe lokalnie?</w:t>
            </w:r>
          </w:p>
        </w:tc>
        <w:tc>
          <w:tcPr>
            <w:tcW w:w="305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0EA9C0" w14:textId="77777777" w:rsidR="00123A88" w:rsidRPr="00AB20B1" w:rsidRDefault="00E935D9">
            <w:r w:rsidRPr="00AB20B1">
              <w:rPr>
                <w:i/>
                <w:color w:val="5A5A5A"/>
                <w:sz w:val="16"/>
              </w:rPr>
              <w:t>Technologia może być, ale nie musi. Ważna jest mądra odpowiedź na lokalną potrzebę.</w:t>
            </w:r>
          </w:p>
          <w:p w14:paraId="37932D33" w14:textId="77777777" w:rsidR="00123A88" w:rsidRPr="00AB20B1" w:rsidRDefault="00E935D9">
            <w:r w:rsidRPr="00AB20B1">
              <w:br/>
            </w:r>
            <w:bookmarkStart w:id="0" w:name="_GoBack"/>
            <w:bookmarkEnd w:id="0"/>
          </w:p>
        </w:tc>
      </w:tr>
      <w:tr w:rsidR="00123A88" w:rsidRPr="00AB20B1" w14:paraId="21B1419E" w14:textId="77777777" w:rsidTr="00BB02DD">
        <w:trPr>
          <w:trHeight w:val="1031"/>
          <w:jc w:val="center"/>
        </w:trPr>
        <w:tc>
          <w:tcPr>
            <w:tcW w:w="194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66B30B" w14:textId="77777777" w:rsidR="00123A88" w:rsidRPr="00AB20B1" w:rsidRDefault="00E935D9">
            <w:r w:rsidRPr="00AB20B1">
              <w:rPr>
                <w:b/>
              </w:rPr>
              <w:t>6. Kto może pomóc i co już mamy?</w:t>
            </w:r>
          </w:p>
        </w:tc>
        <w:tc>
          <w:tcPr>
            <w:tcW w:w="305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68192D" w14:textId="77777777" w:rsidR="00123A88" w:rsidRPr="00AB20B1" w:rsidRDefault="00E935D9">
            <w:r w:rsidRPr="00AB20B1">
              <w:rPr>
                <w:i/>
                <w:color w:val="5A5A5A"/>
                <w:sz w:val="16"/>
              </w:rPr>
              <w:t>Ludzie, organizacje, miejsca, sprzęt, wiedza, partnerzy.</w:t>
            </w:r>
          </w:p>
          <w:p w14:paraId="0C9A9776" w14:textId="7F03735E" w:rsidR="00123A88" w:rsidRPr="00AB20B1" w:rsidRDefault="00123A88"/>
        </w:tc>
      </w:tr>
      <w:tr w:rsidR="00123A88" w:rsidRPr="00AB20B1" w14:paraId="60134524" w14:textId="77777777" w:rsidTr="00AB20B1">
        <w:trPr>
          <w:trHeight w:val="878"/>
          <w:jc w:val="center"/>
        </w:trPr>
        <w:tc>
          <w:tcPr>
            <w:tcW w:w="194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2F0345" w14:textId="77777777" w:rsidR="00123A88" w:rsidRPr="00AB20B1" w:rsidRDefault="00E935D9">
            <w:r w:rsidRPr="00AB20B1">
              <w:rPr>
                <w:b/>
              </w:rPr>
              <w:t>7. Czego brakuje?</w:t>
            </w:r>
          </w:p>
        </w:tc>
        <w:tc>
          <w:tcPr>
            <w:tcW w:w="305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1609E0" w14:textId="77777777" w:rsidR="00123A88" w:rsidRPr="00AB20B1" w:rsidRDefault="00E935D9">
            <w:r w:rsidRPr="00AB20B1">
              <w:rPr>
                <w:i/>
                <w:color w:val="5A5A5A"/>
                <w:sz w:val="16"/>
              </w:rPr>
              <w:t xml:space="preserve">Finanse, zgody, partnerzy, </w:t>
            </w:r>
            <w:r w:rsidRPr="00AB20B1">
              <w:rPr>
                <w:i/>
                <w:color w:val="5A5A5A"/>
                <w:sz w:val="16"/>
              </w:rPr>
              <w:t>kompetencje, dane, miejsce, sprzęt.</w:t>
            </w:r>
          </w:p>
          <w:p w14:paraId="0285BF94" w14:textId="77777777" w:rsidR="00123A88" w:rsidRPr="00AB20B1" w:rsidRDefault="00123A88"/>
        </w:tc>
      </w:tr>
      <w:tr w:rsidR="00123A88" w:rsidRPr="00AB20B1" w14:paraId="6EC2FB87" w14:textId="77777777" w:rsidTr="00AB20B1">
        <w:trPr>
          <w:trHeight w:val="878"/>
          <w:jc w:val="center"/>
        </w:trPr>
        <w:tc>
          <w:tcPr>
            <w:tcW w:w="194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04EA5" w14:textId="77777777" w:rsidR="00123A88" w:rsidRPr="00AB20B1" w:rsidRDefault="00E935D9">
            <w:r w:rsidRPr="00AB20B1">
              <w:rPr>
                <w:b/>
              </w:rPr>
              <w:t>8. Pierwszy krok po spotkaniu</w:t>
            </w:r>
          </w:p>
        </w:tc>
        <w:tc>
          <w:tcPr>
            <w:tcW w:w="305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FE3B8B" w14:textId="77777777" w:rsidR="00123A88" w:rsidRPr="00AB20B1" w:rsidRDefault="00E935D9">
            <w:r w:rsidRPr="00AB20B1">
              <w:rPr>
                <w:i/>
                <w:color w:val="5A5A5A"/>
                <w:sz w:val="16"/>
              </w:rPr>
              <w:t>Co robimy jako pierwsze? Kto? Do kiedy?</w:t>
            </w:r>
          </w:p>
          <w:p w14:paraId="553F0C2D" w14:textId="77777777" w:rsidR="00123A88" w:rsidRPr="00AB20B1" w:rsidRDefault="00123A88"/>
        </w:tc>
      </w:tr>
    </w:tbl>
    <w:p w14:paraId="49385A6F" w14:textId="77777777" w:rsidR="00123A88" w:rsidRPr="00AB20B1" w:rsidRDefault="00E935D9">
      <w:pPr>
        <w:spacing w:before="140" w:after="0"/>
      </w:pPr>
      <w:r w:rsidRPr="00AB20B1">
        <w:rPr>
          <w:b/>
          <w:sz w:val="18"/>
        </w:rPr>
        <w:t xml:space="preserve">Szybki test pomysłu: </w:t>
      </w:r>
      <w:r w:rsidRPr="00AB20B1">
        <w:rPr>
          <w:sz w:val="18"/>
        </w:rPr>
        <w:t>□ pasuje do LSR   □ da się zrobić w realnej skali   □ ma osobę/grupę, która może go pociągnąć dalej</w:t>
      </w:r>
    </w:p>
    <w:p w14:paraId="53BCEFFF" w14:textId="0195D6E4" w:rsidR="002B01FE" w:rsidRPr="00BB02DD" w:rsidRDefault="00E935D9" w:rsidP="00BB02DD">
      <w:pPr>
        <w:spacing w:before="40"/>
        <w:rPr>
          <w:sz w:val="18"/>
        </w:rPr>
      </w:pPr>
      <w:r w:rsidRPr="00AB20B1">
        <w:rPr>
          <w:b/>
          <w:sz w:val="18"/>
        </w:rPr>
        <w:t>Uwagi prowadzącego / decy</w:t>
      </w:r>
      <w:r w:rsidRPr="00AB20B1">
        <w:rPr>
          <w:b/>
          <w:sz w:val="18"/>
        </w:rPr>
        <w:t xml:space="preserve">zja: </w:t>
      </w:r>
      <w:r w:rsidRPr="00AB20B1">
        <w:rPr>
          <w:sz w:val="18"/>
        </w:rPr>
        <w:t>□ rozwijać dalej   □ połączyć z innym pomysłem</w:t>
      </w:r>
    </w:p>
    <w:sectPr w:rsidR="002B01FE" w:rsidRPr="00BB02DD" w:rsidSect="00BB02DD">
      <w:footerReference w:type="default" r:id="rId9"/>
      <w:pgSz w:w="12240" w:h="15840"/>
      <w:pgMar w:top="993" w:right="765" w:bottom="624" w:left="765" w:header="720" w:footer="15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A76897" w14:textId="77777777" w:rsidR="00E935D9" w:rsidRPr="00AB20B1" w:rsidRDefault="00E935D9">
      <w:pPr>
        <w:spacing w:after="0" w:line="240" w:lineRule="auto"/>
      </w:pPr>
      <w:r w:rsidRPr="00AB20B1">
        <w:separator/>
      </w:r>
    </w:p>
  </w:endnote>
  <w:endnote w:type="continuationSeparator" w:id="0">
    <w:p w14:paraId="05F77A9E" w14:textId="77777777" w:rsidR="00E935D9" w:rsidRPr="00AB20B1" w:rsidRDefault="00E935D9">
      <w:pPr>
        <w:spacing w:after="0" w:line="240" w:lineRule="auto"/>
      </w:pPr>
      <w:r w:rsidRPr="00AB20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686B" w14:textId="52EBEFB3" w:rsidR="00123A88" w:rsidRPr="00AB20B1" w:rsidRDefault="00FE7DDD">
    <w:pPr>
      <w:pStyle w:val="Stopka"/>
      <w:jc w:val="right"/>
    </w:pPr>
    <w:r>
      <w:rPr>
        <w:noProof/>
        <w:lang w:eastAsia="pl-PL"/>
      </w:rPr>
      <w:drawing>
        <wp:anchor distT="0" distB="0" distL="114300" distR="114300" simplePos="0" relativeHeight="251666432" behindDoc="1" locked="0" layoutInCell="1" allowOverlap="1" wp14:editId="6946926F">
          <wp:simplePos x="0" y="0"/>
          <wp:positionH relativeFrom="margin">
            <wp:posOffset>2157095</wp:posOffset>
          </wp:positionH>
          <wp:positionV relativeFrom="margin">
            <wp:posOffset>8286115</wp:posOffset>
          </wp:positionV>
          <wp:extent cx="1092200" cy="382270"/>
          <wp:effectExtent l="0" t="0" r="0" b="0"/>
          <wp:wrapSquare wrapText="bothSides"/>
          <wp:docPr id="9" name="Obraz 9" descr="logo_partnerstwo_sowiogorskie_KOLOR_PODSTAWA_10cm_wmf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artnerstwo_sowiogorskie_KOLOR_PODSTAWA_10cm_wmf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editId="192CDDD2">
          <wp:simplePos x="0" y="0"/>
          <wp:positionH relativeFrom="margin">
            <wp:posOffset>4406265</wp:posOffset>
          </wp:positionH>
          <wp:positionV relativeFrom="margin">
            <wp:posOffset>8239125</wp:posOffset>
          </wp:positionV>
          <wp:extent cx="1981200" cy="631825"/>
          <wp:effectExtent l="0" t="0" r="0" b="0"/>
          <wp:wrapSquare wrapText="bothSides"/>
          <wp:docPr id="8" name="Obraz 8" descr="Logo_UE_RGB_Logo_EU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E_RGB_Logo_EU_RGB-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editId="7C3505CF">
          <wp:simplePos x="0" y="0"/>
          <wp:positionH relativeFrom="margin">
            <wp:posOffset>250190</wp:posOffset>
          </wp:positionH>
          <wp:positionV relativeFrom="margin">
            <wp:posOffset>8228965</wp:posOffset>
          </wp:positionV>
          <wp:extent cx="1014730" cy="548005"/>
          <wp:effectExtent l="0" t="0" r="0" b="444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730" cy="548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02D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77EBAE6" wp14:editId="55781C50">
              <wp:simplePos x="0" y="0"/>
              <wp:positionH relativeFrom="margin">
                <wp:posOffset>-338466</wp:posOffset>
              </wp:positionH>
              <wp:positionV relativeFrom="paragraph">
                <wp:posOffset>658033</wp:posOffset>
              </wp:positionV>
              <wp:extent cx="7554595" cy="1404620"/>
              <wp:effectExtent l="0" t="0" r="825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45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113141" w14:textId="77777777" w:rsidR="00BB02DD" w:rsidRPr="00BB02DD" w:rsidRDefault="00BB02DD" w:rsidP="00BB02DD">
                          <w:pPr>
                            <w:spacing w:after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BB02DD">
                            <w:rPr>
                              <w:sz w:val="14"/>
                              <w:szCs w:val="14"/>
                            </w:rPr>
                            <w:t>Materiał współfinansowany ze środków Unii Europejskiej w ramach Planu Strategicznego WPR 2023-2027</w:t>
                          </w:r>
                        </w:p>
                        <w:p w14:paraId="5BA9CA07" w14:textId="3DA80816" w:rsidR="00BB02DD" w:rsidRPr="00BB02DD" w:rsidRDefault="00BB02DD" w:rsidP="00BB02DD">
                          <w:pPr>
                            <w:spacing w:after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BB02DD">
                            <w:rPr>
                              <w:sz w:val="14"/>
                              <w:szCs w:val="14"/>
                            </w:rPr>
                            <w:t xml:space="preserve">Prezentacja opracowana przez Fundację </w:t>
                          </w:r>
                          <w:proofErr w:type="spellStart"/>
                          <w:r w:rsidRPr="00BB02DD">
                            <w:rPr>
                              <w:sz w:val="14"/>
                              <w:szCs w:val="14"/>
                            </w:rPr>
                            <w:t>Socjometr</w:t>
                          </w:r>
                          <w:proofErr w:type="spellEnd"/>
                          <w:r w:rsidRPr="00BB02DD">
                            <w:rPr>
                              <w:sz w:val="14"/>
                              <w:szCs w:val="14"/>
                            </w:rPr>
                            <w:t xml:space="preserve"> Laboratorium Rozwiązań Społecznych w ramach działań Planu komunikacji dla  Lokalnej Grupy Działania „Partnerstwo </w:t>
                          </w:r>
                          <w:proofErr w:type="spellStart"/>
                          <w:r w:rsidRPr="00BB02DD">
                            <w:rPr>
                              <w:sz w:val="14"/>
                              <w:szCs w:val="14"/>
                            </w:rPr>
                            <w:t>Sowiogórskie</w:t>
                          </w:r>
                          <w:proofErr w:type="spellEnd"/>
                          <w:r w:rsidRPr="00BB02DD">
                            <w:rPr>
                              <w:sz w:val="14"/>
                              <w:szCs w:val="14"/>
                            </w:rPr>
                            <w:t>"</w:t>
                          </w:r>
                        </w:p>
                        <w:p w14:paraId="1BB847EF" w14:textId="77777777" w:rsidR="00BB02DD" w:rsidRPr="00BB02DD" w:rsidRDefault="00BB02DD" w:rsidP="00BB02DD">
                          <w:pPr>
                            <w:spacing w:after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BB02DD">
                            <w:rPr>
                              <w:sz w:val="14"/>
                              <w:szCs w:val="14"/>
                            </w:rPr>
                            <w:t>Instytucja Zarządzająca Planem Strategicznym dla Wspólnej Polityki Rolnej na lata 2023-2027 – Minister Rolnictwa i Rozwoju Wsi.</w:t>
                          </w:r>
                        </w:p>
                        <w:p w14:paraId="6E08D236" w14:textId="3E4011A3" w:rsidR="00BB02DD" w:rsidRPr="00BB02DD" w:rsidRDefault="00BB02DD" w:rsidP="00BB02DD">
                          <w:pPr>
                            <w:spacing w:after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26.65pt;margin-top:51.8pt;width:594.8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" stroked="f">
              <v:textbox style="mso-fit-shape-to-text:t">
                <w:txbxContent>
                  <w:p w14:paraId="0F113141" w14:textId="77777777" w:rsidR="00BB02DD" w:rsidRPr="00BB02DD" w:rsidRDefault="00BB02DD" w:rsidP="00BB02DD">
                    <w:pPr>
                      <w:spacing w:after="0"/>
                      <w:jc w:val="center"/>
                      <w:rPr>
                        <w:sz w:val="14"/>
                        <w:szCs w:val="14"/>
                      </w:rPr>
                    </w:pPr>
                    <w:r w:rsidRPr="00BB02DD">
                      <w:rPr>
                        <w:sz w:val="14"/>
                        <w:szCs w:val="14"/>
                      </w:rPr>
                      <w:t>Materiał współfinansowany ze środków Unii Europejskiej w ramach Planu Strategicznego WPR 2023-2027</w:t>
                    </w:r>
                  </w:p>
                  <w:p w14:paraId="5BA9CA07" w14:textId="3DA80816" w:rsidR="00BB02DD" w:rsidRPr="00BB02DD" w:rsidRDefault="00BB02DD" w:rsidP="00BB02DD">
                    <w:pPr>
                      <w:spacing w:after="0"/>
                      <w:jc w:val="center"/>
                      <w:rPr>
                        <w:sz w:val="14"/>
                        <w:szCs w:val="14"/>
                      </w:rPr>
                    </w:pPr>
                    <w:r w:rsidRPr="00BB02DD">
                      <w:rPr>
                        <w:sz w:val="14"/>
                        <w:szCs w:val="14"/>
                      </w:rPr>
                      <w:t xml:space="preserve">Prezentacja opracowana przez Fundację </w:t>
                    </w:r>
                    <w:proofErr w:type="spellStart"/>
                    <w:r w:rsidRPr="00BB02DD">
                      <w:rPr>
                        <w:sz w:val="14"/>
                        <w:szCs w:val="14"/>
                      </w:rPr>
                      <w:t>Socjometr</w:t>
                    </w:r>
                    <w:proofErr w:type="spellEnd"/>
                    <w:r w:rsidRPr="00BB02DD">
                      <w:rPr>
                        <w:sz w:val="14"/>
                        <w:szCs w:val="14"/>
                      </w:rPr>
                      <w:t xml:space="preserve"> Laboratorium Rozwiązań Społecznych w ramach działań Planu komunikacji dla  Lokalnej Grupy Działania „Partnerstwo </w:t>
                    </w:r>
                    <w:proofErr w:type="spellStart"/>
                    <w:r w:rsidRPr="00BB02DD">
                      <w:rPr>
                        <w:sz w:val="14"/>
                        <w:szCs w:val="14"/>
                      </w:rPr>
                      <w:t>Sowiogórskie</w:t>
                    </w:r>
                    <w:proofErr w:type="spellEnd"/>
                    <w:r w:rsidRPr="00BB02DD">
                      <w:rPr>
                        <w:sz w:val="14"/>
                        <w:szCs w:val="14"/>
                      </w:rPr>
                      <w:t>"</w:t>
                    </w:r>
                  </w:p>
                  <w:p w14:paraId="1BB847EF" w14:textId="77777777" w:rsidR="00BB02DD" w:rsidRPr="00BB02DD" w:rsidRDefault="00BB02DD" w:rsidP="00BB02DD">
                    <w:pPr>
                      <w:spacing w:after="0"/>
                      <w:jc w:val="center"/>
                      <w:rPr>
                        <w:sz w:val="14"/>
                        <w:szCs w:val="14"/>
                      </w:rPr>
                    </w:pPr>
                    <w:r w:rsidRPr="00BB02DD">
                      <w:rPr>
                        <w:sz w:val="14"/>
                        <w:szCs w:val="14"/>
                      </w:rPr>
                      <w:t>Instytucja Zarządzająca Planem Strategicznym dla Wspólnej Polityki Rolnej na lata 2023-2027 – Minister Rolnictwa i Rozwoju Wsi.</w:t>
                    </w:r>
                  </w:p>
                  <w:p w14:paraId="6E08D236" w14:textId="3E4011A3" w:rsidR="00BB02DD" w:rsidRPr="00BB02DD" w:rsidRDefault="00BB02DD" w:rsidP="00BB02DD">
                    <w:pPr>
                      <w:spacing w:after="0"/>
                      <w:jc w:val="cente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DD9AC" w14:textId="77777777" w:rsidR="00E935D9" w:rsidRPr="00AB20B1" w:rsidRDefault="00E935D9">
      <w:pPr>
        <w:spacing w:after="0" w:line="240" w:lineRule="auto"/>
      </w:pPr>
      <w:r w:rsidRPr="00AB20B1">
        <w:separator/>
      </w:r>
    </w:p>
  </w:footnote>
  <w:footnote w:type="continuationSeparator" w:id="0">
    <w:p w14:paraId="7CE7D9C5" w14:textId="77777777" w:rsidR="00E935D9" w:rsidRPr="00AB20B1" w:rsidRDefault="00E935D9">
      <w:pPr>
        <w:spacing w:after="0" w:line="240" w:lineRule="auto"/>
      </w:pPr>
      <w:r w:rsidRPr="00AB20B1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23A88"/>
    <w:rsid w:val="0015074B"/>
    <w:rsid w:val="00160B58"/>
    <w:rsid w:val="00236E25"/>
    <w:rsid w:val="0029639D"/>
    <w:rsid w:val="002B01FE"/>
    <w:rsid w:val="00326F90"/>
    <w:rsid w:val="00967B78"/>
    <w:rsid w:val="00AA1D8D"/>
    <w:rsid w:val="00AB20B1"/>
    <w:rsid w:val="00B01273"/>
    <w:rsid w:val="00B47730"/>
    <w:rsid w:val="00BB02DD"/>
    <w:rsid w:val="00CA2E72"/>
    <w:rsid w:val="00CB0664"/>
    <w:rsid w:val="00E935D9"/>
    <w:rsid w:val="00F42C32"/>
    <w:rsid w:val="00FC693F"/>
    <w:rsid w:val="00FE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67E567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Calibri" w:hAnsi="Calibri"/>
      <w:sz w:val="19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Calibri" w:hAnsi="Calibri"/>
      <w:sz w:val="19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2B52F9-58EF-40BB-B3F7-62A48EF7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Iweta Głód</cp:lastModifiedBy>
  <cp:revision>4</cp:revision>
  <dcterms:created xsi:type="dcterms:W3CDTF">2026-06-25T07:45:00Z</dcterms:created>
  <dcterms:modified xsi:type="dcterms:W3CDTF">2026-07-02T11:39:00Z</dcterms:modified>
  <cp:category/>
</cp:coreProperties>
</file>